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2"/>
        </w:rPr>
        <w:t>GUN RAT</w:t>
      </w:r>
    </w:p>
    <w:p>
      <w:pPr>
        <w:jc w:val="center"/>
      </w:pPr>
      <w:r>
        <w:rPr>
          <w:b/>
          <w:sz w:val="32"/>
        </w:rPr>
        <w:t>A Grim World Beneath the Surface</w:t>
      </w:r>
    </w:p>
    <w:p>
      <w:r>
        <w:rPr>
          <w:i/>
        </w:rPr>
        <w:t>Low Res Studio presents GUN RAT, an upcoming action game set in a mysterious sewer world built from forgotten technology, strange inhabitants, cardboard cities, and places that should not exist.</w:t>
      </w:r>
    </w:p>
    <w:p>
      <w:pPr>
        <w:pStyle w:val="Heading1"/>
      </w:pPr>
      <w:r>
        <w:t>PRESS RELEASE</w:t>
      </w:r>
    </w:p>
    <w:p>
      <w:r>
        <w:t>September 2026</w:t>
      </w:r>
    </w:p>
    <w:p>
      <w:r>
        <w:t>GUN RAT is an upcoming game by Low Res Studio, currently in active development.</w:t>
      </w:r>
    </w:p>
    <w:p>
      <w:r>
        <w:t>The game takes place in a vast sewer system that has become a dumping ground for old technology drifting into this mysterious world for decades.</w:t>
      </w:r>
    </w:p>
    <w:p>
      <w:r>
        <w:t>It is a strange place.</w:t>
      </w:r>
    </w:p>
    <w:p>
      <w:r>
        <w:t>Cultists worship cats. Rats are wired into networks of retro consoles. Couriers move through underground tunnels. Entire cities are built from cardboard. Somewhere in this world exists software capable of hacking reality itself.</w:t>
      </w:r>
    </w:p>
    <w:p>
      <w:r>
        <w:t>And this is only part of what lies beneath the surface.</w:t>
      </w:r>
    </w:p>
    <w:p>
      <w:r>
        <w:t>You play as a mouse who simply found their way into this place.</w:t>
      </w:r>
    </w:p>
    <w:p>
      <w:r>
        <w:t>Your journey takes you through different districts of the sewer, hunting down their leaders, fighting enemies, surviving dangerous environments, meeting their inhabitants and taking on quests.</w:t>
      </w:r>
    </w:p>
    <w:p>
      <w:r>
        <w:t>But the deeper you travel, the less familiar the world becomes.</w:t>
      </w:r>
    </w:p>
    <w:p>
      <w:r>
        <w:t>Something is growing.</w:t>
      </w:r>
    </w:p>
    <w:p>
      <w:r>
        <w:t>Paths that once seemed safe become hostile. Light begins to disappear from your life — and from the world around you.</w:t>
      </w:r>
    </w:p>
    <w:p>
      <w:r>
        <w:t>You begin to see fragments of another life: memories that may not even belong to you. Impossible cities appear beyond the walls.</w:t>
      </w:r>
    </w:p>
    <w:p>
      <w:r>
        <w:t>Something is shifting beneath this world.</w:t>
      </w:r>
    </w:p>
    <w:p>
      <w:r>
        <w:t>Something that may have always been watching you.</w:t>
      </w:r>
    </w:p>
    <w:p>
      <w:r>
        <w:t>Maybe you were never here by accident.</w:t>
      </w:r>
    </w:p>
    <w:p>
      <w:pPr>
        <w:pStyle w:val="Heading1"/>
      </w:pPr>
      <w:r>
        <w:t>EXPLORE A WORLD THAT HIDES MORE THAN IT SHOWS</w:t>
      </w:r>
    </w:p>
    <w:p>
      <w:r>
        <w:t>GUN RAT is built around exploration.</w:t>
      </w:r>
    </w:p>
    <w:p>
      <w:r>
        <w:t>Players travel through sewer tunnels, abandoned districts, cardboard cities and increasingly strange locations that seem to exist outside the rules of the world.</w:t>
      </w:r>
    </w:p>
    <w:p>
      <w:r>
        <w:t>The obvious path isn't always the only path.</w:t>
      </w:r>
    </w:p>
    <w:p>
      <w:r>
        <w:t>Hidden areas and secrets encourage players to investigate their surroundings and look beyond what initially appears to be part of the scenery.</w:t>
      </w:r>
    </w:p>
    <w:p>
      <w:pPr>
        <w:pStyle w:val="Heading1"/>
      </w:pPr>
      <w:r>
        <w:t>QUESTS &amp; DIALOGUES</w:t>
      </w:r>
    </w:p>
    <w:p>
      <w:r>
        <w:t>The sewer is inhabited by more than enemies.</w:t>
      </w:r>
    </w:p>
    <w:p>
      <w:r>
        <w:t>Throughout the journey, players encounter its strange inhabitants, talk to them, discover their stories and take on quests.</w:t>
      </w:r>
    </w:p>
    <w:p>
      <w:r>
        <w:t>Some characters may help you.</w:t>
      </w:r>
    </w:p>
    <w:p>
      <w:r>
        <w:t>Others may make the situation considerably worse.</w:t>
      </w:r>
    </w:p>
    <w:p>
      <w:r>
        <w:t>These encounters are part of discovering what the sewer is, who lives there and what is really happening beneath its surface.</w:t>
      </w:r>
    </w:p>
    <w:p>
      <w:pPr>
        <w:pStyle w:val="Heading1"/>
      </w:pPr>
      <w:r>
        <w:t>MOVEMENT &amp; DASH</w:t>
      </w:r>
    </w:p>
    <w:p>
      <w:r>
        <w:t>Movement plays a central role in GUN RAT.</w:t>
      </w:r>
    </w:p>
    <w:p>
      <w:r>
        <w:t>Run, jump and dash through dangerous environments while maintaining momentum.</w:t>
      </w:r>
    </w:p>
    <w:p>
      <w:r>
        <w:t>The dash can be used to avoid traps, escape enemies and reach areas that initially appear inaccessible.</w:t>
      </w:r>
    </w:p>
    <w:p>
      <w:r>
        <w:t>Movement is not only a way of travelling between encounters — it is part of surviving the world itself.</w:t>
      </w:r>
    </w:p>
    <w:p>
      <w:pPr>
        <w:pStyle w:val="Heading1"/>
      </w:pPr>
      <w:r>
        <w:t>DESTRUCTION</w:t>
      </w:r>
    </w:p>
    <w:p>
      <w:r>
        <w:t>The environment isn't simply indestructible scenery.</w:t>
      </w:r>
    </w:p>
    <w:p>
      <w:r>
        <w:t>Objects and obstacles can be smashed and parts of the environment can be destroyed.</w:t>
      </w:r>
    </w:p>
    <w:p>
      <w:r>
        <w:t>Sometimes destruction clears the way forward.</w:t>
      </w:r>
    </w:p>
    <w:p>
      <w:r>
        <w:t>Sometimes there is something hidden behind it.</w:t>
      </w:r>
    </w:p>
    <w:p>
      <w:pPr>
        <w:pStyle w:val="Heading1"/>
      </w:pPr>
      <w:r>
        <w:t>PLAYER CONDITIONS</w:t>
      </w:r>
    </w:p>
    <w:p>
      <w:r>
        <w:t>What happens to the protagonist's body matters.</w:t>
      </w:r>
    </w:p>
    <w:p>
      <w:r>
        <w:t>The player can become drunk, poisoned, injured or affected by stranger conditions encountered within the sewer.</w:t>
      </w:r>
    </w:p>
    <w:p>
      <w:r>
        <w:t>These states can change the way the world is perceived, making the condition of the character another part of the player's experience.</w:t>
      </w:r>
    </w:p>
    <w:p>
      <w:pPr>
        <w:pStyle w:val="Heading1"/>
      </w:pPr>
      <w:r>
        <w:t>FIGHT OR BE GONE</w:t>
      </w:r>
    </w:p>
    <w:p>
      <w:r>
        <w:t>Combat takes place in cramped tunnels and hostile underground environments filled with pipes, rusted machinery, toxic sludge and remnants of old technology.</w:t>
      </w:r>
    </w:p>
    <w:p>
      <w:r>
        <w:t>Enemies attack from within these spaces, forcing the player to keep moving and react quickly.</w:t>
      </w:r>
    </w:p>
    <w:p>
      <w:r>
        <w:t>Gunfire, explosions, movement and environmental danger come together in fast encounters where standing still isn't much of an option.</w:t>
      </w:r>
    </w:p>
    <w:p>
      <w:pPr>
        <w:pStyle w:val="Heading1"/>
      </w:pPr>
      <w:r>
        <w:t>A WORLD BUILT FROM FORGOTTEN TECHNOLOGY</w:t>
      </w:r>
    </w:p>
    <w:p>
      <w:r>
        <w:t>Technology isn't merely decoration in GUN RAT.</w:t>
      </w:r>
    </w:p>
    <w:p>
      <w:r>
        <w:t>Old screens, wires, retro consoles and abandoned electronics have become part of the sewer's architecture and its strange civilization.</w:t>
      </w:r>
    </w:p>
    <w:p>
      <w:r>
        <w:t>A marketplace can exist beneath walls covered with flickering screens.</w:t>
      </w:r>
    </w:p>
    <w:p>
      <w:r>
        <w:t>An underground railway can turn into a desperate run along the tracks as an approaching train illuminates the darkness.</w:t>
      </w:r>
    </w:p>
    <w:p>
      <w:r>
        <w:t>Elsewhere, cardboard cities and places that seemingly shouldn't exist wait deeper inside the sewer.</w:t>
      </w:r>
    </w:p>
    <w:p>
      <w:r>
        <w:t>And as the player progresses, the boundaries of this world become increasingly uncertain.</w:t>
      </w:r>
    </w:p>
    <w:p>
      <w:pPr>
        <w:pStyle w:val="Heading1"/>
      </w:pPr>
      <w:r>
        <w:t>KEY FEATURES</w:t>
      </w:r>
    </w:p>
    <w:p>
      <w:pPr>
        <w:pStyle w:val="ListBullet"/>
      </w:pPr>
      <w:r>
        <w:t>Explore a mysterious underground world</w:t>
      </w:r>
    </w:p>
    <w:p>
      <w:pPr>
        <w:pStyle w:val="ListBullet"/>
      </w:pPr>
      <w:r>
        <w:t>Sewer tunnels, abandoned districts and cardboard cities</w:t>
      </w:r>
    </w:p>
    <w:p>
      <w:pPr>
        <w:pStyle w:val="ListBullet"/>
      </w:pPr>
      <w:r>
        <w:t>Hidden locations and environmental secrets</w:t>
      </w:r>
    </w:p>
    <w:p>
      <w:pPr>
        <w:pStyle w:val="ListBullet"/>
      </w:pPr>
      <w:r>
        <w:t>Quests and dialogues</w:t>
      </w:r>
    </w:p>
    <w:p>
      <w:pPr>
        <w:pStyle w:val="ListBullet"/>
      </w:pPr>
      <w:r>
        <w:t>Strange inhabitants with their own stories</w:t>
      </w:r>
    </w:p>
    <w:p>
      <w:pPr>
        <w:pStyle w:val="ListBullet"/>
      </w:pPr>
      <w:r>
        <w:t>Fast movement, jumping and dash mechanics</w:t>
      </w:r>
    </w:p>
    <w:p>
      <w:pPr>
        <w:pStyle w:val="ListBullet"/>
      </w:pPr>
      <w:r>
        <w:t>Combat against enemies throughout the sewer</w:t>
      </w:r>
    </w:p>
    <w:p>
      <w:pPr>
        <w:pStyle w:val="ListBullet"/>
      </w:pPr>
      <w:r>
        <w:t>Destructible objects and parts of the environment</w:t>
      </w:r>
    </w:p>
    <w:p>
      <w:pPr>
        <w:pStyle w:val="ListBullet"/>
      </w:pPr>
      <w:r>
        <w:t>Hidden areas accessible through destruction</w:t>
      </w:r>
    </w:p>
    <w:p>
      <w:pPr>
        <w:pStyle w:val="ListBullet"/>
      </w:pPr>
      <w:r>
        <w:t>Player conditions including intoxication, poison and injuries</w:t>
      </w:r>
    </w:p>
    <w:p>
      <w:pPr>
        <w:pStyle w:val="ListBullet"/>
      </w:pPr>
      <w:r>
        <w:t>Dangerous environmental encounters</w:t>
      </w:r>
    </w:p>
    <w:p>
      <w:pPr>
        <w:pStyle w:val="ListBullet"/>
      </w:pPr>
      <w:r>
        <w:t>District leaders to hunt down</w:t>
      </w:r>
    </w:p>
    <w:p>
      <w:pPr>
        <w:pStyle w:val="ListBullet"/>
      </w:pPr>
      <w:r>
        <w:t>A world that becomes increasingly strange as the player progresses</w:t>
      </w:r>
    </w:p>
    <w:p>
      <w:pPr>
        <w:pStyle w:val="ListBullet"/>
      </w:pPr>
      <w:r>
        <w:t>A setting built around forgotten and obsolete technology</w:t>
      </w:r>
    </w:p>
    <w:p>
      <w:pPr>
        <w:pStyle w:val="Heading1"/>
      </w:pPr>
      <w:r>
        <w:t>DEVELOPMENT</w:t>
      </w:r>
    </w:p>
    <w:p>
      <w:r>
        <w:t>GUN RAT is currently in active development at Low Res Studio.</w:t>
      </w:r>
    </w:p>
    <w:p>
      <w:r>
        <w:t>New mechanics are being developed and integrated into the game.</w:t>
      </w:r>
    </w:p>
    <w:p>
      <w:r>
        <w:t>A playable demo is coming soon to Steam.</w:t>
      </w:r>
    </w:p>
    <w:p>
      <w:pPr>
        <w:pStyle w:val="Heading1"/>
      </w:pPr>
      <w:r>
        <w:t>GAME INFORMATION</w:t>
      </w:r>
    </w:p>
    <w:p>
      <w:r>
        <w:rPr>
          <w:b/>
        </w:rPr>
        <w:t xml:space="preserve">Title: </w:t>
      </w:r>
      <w:r>
        <w:t>GUN RAT</w:t>
      </w:r>
    </w:p>
    <w:p>
      <w:r>
        <w:rPr>
          <w:b/>
        </w:rPr>
        <w:t xml:space="preserve">Developer: </w:t>
      </w:r>
      <w:r>
        <w:t>Low Res Studio</w:t>
      </w:r>
    </w:p>
    <w:p>
      <w:r>
        <w:rPr>
          <w:b/>
        </w:rPr>
        <w:t xml:space="preserve">Status: </w:t>
      </w:r>
      <w:r>
        <w:t>In Active Development</w:t>
      </w:r>
    </w:p>
    <w:p>
      <w:r>
        <w:rPr>
          <w:b/>
        </w:rPr>
        <w:t xml:space="preserve">Demo: </w:t>
      </w:r>
      <w:r>
        <w:t>Coming Soon to Steam</w:t>
      </w:r>
    </w:p>
    <w:p>
      <w:r>
        <w:rPr>
          <w:b/>
        </w:rPr>
        <w:t xml:space="preserve">Official Website: </w:t>
      </w:r>
      <w:r>
        <w:t>https://gunrat.com/</w:t>
      </w:r>
    </w:p>
    <w:p>
      <w:r>
        <w:t>The official website contains gameplay footage, screenshots, descriptions of the game's mechanics and development information.</w:t>
      </w:r>
    </w:p>
    <w:p>
      <w:pPr>
        <w:jc w:val="center"/>
      </w:pPr>
      <w:r>
        <w:rPr>
          <w:b/>
        </w:rPr>
        <w:t>GUN RAT</w:t>
        <w:br/>
        <w:t>Maybe you were never here by accident.</w:t>
        <w:br/>
        <w:br/>
        <w:t>© 2024 GUNRAT — Low Res Studio</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